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4F9129" w14:textId="5A48FFBD" w:rsidR="003325E5" w:rsidRDefault="00000000">
      <w:pPr>
        <w:pStyle w:val="Nzov"/>
      </w:pPr>
      <w:r>
        <w:t>Sem napíšte názov svojho článku v</w:t>
      </w:r>
      <w:r w:rsidR="0019686B">
        <w:t> </w:t>
      </w:r>
      <w:r>
        <w:t>slovenčine</w:t>
      </w:r>
    </w:p>
    <w:p w14:paraId="650724A8" w14:textId="77777777" w:rsidR="0019686B" w:rsidRDefault="0019686B" w:rsidP="0019686B">
      <w:pPr>
        <w:pStyle w:val="Nzov"/>
      </w:pPr>
    </w:p>
    <w:p w14:paraId="4809DAB3" w14:textId="52BAD841" w:rsidR="0019686B" w:rsidRPr="0019686B" w:rsidRDefault="0019686B" w:rsidP="0019686B">
      <w:pPr>
        <w:pStyle w:val="Nzov"/>
      </w:pPr>
      <w:r>
        <w:t xml:space="preserve">Sem napíšte názov svojho článku v </w:t>
      </w:r>
      <w:r>
        <w:t>angličtine</w:t>
      </w:r>
    </w:p>
    <w:p w14:paraId="122B6203" w14:textId="77777777" w:rsidR="0019686B" w:rsidRDefault="0019686B">
      <w:pPr>
        <w:pStyle w:val="HHMetadata"/>
        <w:rPr>
          <w:b/>
        </w:rPr>
      </w:pPr>
    </w:p>
    <w:p w14:paraId="1D807E2E" w14:textId="5E162236" w:rsidR="003325E5" w:rsidRDefault="00000000">
      <w:pPr>
        <w:pStyle w:val="HHMetadata"/>
      </w:pPr>
      <w:r>
        <w:rPr>
          <w:b/>
        </w:rPr>
        <w:t>Meno a priezvisko autora 1, krajina</w:t>
      </w:r>
    </w:p>
    <w:p w14:paraId="65756B99" w14:textId="77777777" w:rsidR="003325E5" w:rsidRDefault="00000000">
      <w:pPr>
        <w:pStyle w:val="HHMetadata"/>
      </w:pPr>
      <w:r>
        <w:t>Názov pracoviska a inštitúcie, mesto, krajina</w:t>
      </w:r>
    </w:p>
    <w:p w14:paraId="64ADB1F5" w14:textId="77777777" w:rsidR="003325E5" w:rsidRDefault="00000000">
      <w:pPr>
        <w:pStyle w:val="HHMetadata"/>
      </w:pPr>
      <w:r>
        <w:t>E-mail: doplňte e-mail (korešpondujúci autor)</w:t>
      </w:r>
    </w:p>
    <w:p w14:paraId="7690FAFD" w14:textId="77777777" w:rsidR="003325E5" w:rsidRDefault="00000000">
      <w:pPr>
        <w:pStyle w:val="HHMetadata"/>
      </w:pPr>
      <w:r>
        <w:rPr>
          <w:b/>
        </w:rPr>
        <w:t>ORCID: https://orcid.org/XXXX-XXXX-XXXX-XXXX</w:t>
      </w:r>
    </w:p>
    <w:p w14:paraId="32F9A6D5" w14:textId="77777777" w:rsidR="003325E5" w:rsidRDefault="00000000">
      <w:pPr>
        <w:pStyle w:val="HHMetadata"/>
      </w:pPr>
      <w:r>
        <w:rPr>
          <w:b/>
        </w:rPr>
        <w:t>Meno a priezvisko autora 2, krajina</w:t>
      </w:r>
    </w:p>
    <w:p w14:paraId="2E821B03" w14:textId="77777777" w:rsidR="003325E5" w:rsidRDefault="00000000">
      <w:pPr>
        <w:pStyle w:val="HHMetadata"/>
      </w:pPr>
      <w:r>
        <w:t>Názov pracoviska a inštitúcie, mesto, krajina</w:t>
      </w:r>
    </w:p>
    <w:p w14:paraId="50530F91" w14:textId="77777777" w:rsidR="003325E5" w:rsidRDefault="00000000">
      <w:pPr>
        <w:pStyle w:val="HHMetadata"/>
      </w:pPr>
      <w:r>
        <w:t>E-mail: doplňte e-mail</w:t>
      </w:r>
    </w:p>
    <w:p w14:paraId="1D890079" w14:textId="77777777" w:rsidR="003325E5" w:rsidRDefault="00000000">
      <w:pPr>
        <w:pStyle w:val="HHMetadata"/>
      </w:pPr>
      <w:r>
        <w:rPr>
          <w:b/>
        </w:rPr>
        <w:t>ORCID: https://orcid.org/XXXX-XXXX-XXXX-XXXX</w:t>
      </w:r>
    </w:p>
    <w:p w14:paraId="2BE3F0C8" w14:textId="77777777" w:rsidR="003325E5" w:rsidRDefault="00000000">
      <w:r>
        <w:t>ORCID musí doplniť každý autor. Tento blok skopírujte pre ďalších autorov alebo nepotrebný blok odstráňte. Určite jedného korešpondujúceho autora. Túto poznámku vymažte.</w:t>
      </w:r>
    </w:p>
    <w:p w14:paraId="629905CA" w14:textId="0BA0B37E" w:rsidR="003325E5" w:rsidRDefault="00000000">
      <w:pPr>
        <w:pStyle w:val="Nadpis1"/>
      </w:pPr>
      <w:r>
        <w:t>Abstrakt</w:t>
      </w:r>
      <w:r w:rsidR="0019686B">
        <w:t xml:space="preserve"> v slovenskom jazyku</w:t>
      </w:r>
    </w:p>
    <w:p w14:paraId="23800E1F" w14:textId="77777777" w:rsidR="003325E5" w:rsidRDefault="00000000">
      <w:r>
        <w:t>Sem napíšte abstrakt v slovenčine v rozsahu 150–300 slov. V jednom odseku stručne predstavte cieľ, použité metódy, hlavné výsledky a záver článku.</w:t>
      </w:r>
    </w:p>
    <w:p w14:paraId="02AA78C8" w14:textId="2643FF29" w:rsidR="003325E5" w:rsidRDefault="00000000">
      <w:r>
        <w:rPr>
          <w:b/>
        </w:rPr>
        <w:t xml:space="preserve">Kľúčové slová: </w:t>
      </w:r>
      <w:r>
        <w:t>doplňte 5–7 pojmov</w:t>
      </w:r>
      <w:r w:rsidR="0019686B">
        <w:t xml:space="preserve"> zoradených abecedne,</w:t>
      </w:r>
      <w:r>
        <w:t xml:space="preserve"> oddelených bodkočiarkami</w:t>
      </w:r>
    </w:p>
    <w:p w14:paraId="5B026A7B" w14:textId="2BC5E3C5" w:rsidR="0019686B" w:rsidRDefault="0019686B" w:rsidP="0019686B">
      <w:pPr>
        <w:pStyle w:val="Nadpis1"/>
      </w:pPr>
      <w:r>
        <w:t>Abstra</w:t>
      </w:r>
      <w:r>
        <w:t>kt v anglickom jazyku</w:t>
      </w:r>
    </w:p>
    <w:p w14:paraId="06BBD5C4" w14:textId="7783506C" w:rsidR="0019686B" w:rsidRDefault="0019686B" w:rsidP="0019686B">
      <w:r>
        <w:t>Sem napíšte abstrakt v</w:t>
      </w:r>
      <w:r>
        <w:t> angličtine, ktorý musí zodpovedať obsahu uvedenom v slovenskom jazyku.</w:t>
      </w:r>
      <w:r>
        <w:t xml:space="preserve"> </w:t>
      </w:r>
    </w:p>
    <w:p w14:paraId="7049D1CC" w14:textId="0A1712FB" w:rsidR="0019686B" w:rsidRDefault="0019686B">
      <w:r>
        <w:rPr>
          <w:b/>
        </w:rPr>
        <w:t xml:space="preserve">Kľúčové slová: </w:t>
      </w:r>
      <w:r>
        <w:t>v angličtine, zoradené abecedne, oddelené bodkočiarkami</w:t>
      </w:r>
    </w:p>
    <w:p w14:paraId="60E84900" w14:textId="77777777" w:rsidR="003325E5" w:rsidRDefault="00000000">
      <w:pPr>
        <w:pStyle w:val="Nadpis1"/>
      </w:pPr>
      <w:r>
        <w:t>Úvod</w:t>
      </w:r>
    </w:p>
    <w:p w14:paraId="4A45759F" w14:textId="77777777" w:rsidR="003325E5" w:rsidRDefault="00000000">
      <w:r>
        <w:t>Sem napíšte úvod k téme. Vysvetlite, prečo je dôležitá, čo ešte nie je dostatočne preskúmané, a uveďte cieľ článku a výskumné otázky.</w:t>
      </w:r>
    </w:p>
    <w:p w14:paraId="65BE1F77" w14:textId="77777777" w:rsidR="003325E5" w:rsidRDefault="00000000">
      <w:pPr>
        <w:pStyle w:val="Nadpis1"/>
      </w:pPr>
      <w:r>
        <w:t>Teoretické východiská</w:t>
      </w:r>
    </w:p>
    <w:p w14:paraId="49C9F5BE" w14:textId="77777777" w:rsidR="003325E5" w:rsidRDefault="00000000">
      <w:r>
        <w:t>Sem napíšte hlavné teoretické poznatky a výsledky doterajších výskumov. Citujte použité zdroje. Príklad odkazu v texte: (Priezvisko, rok).</w:t>
      </w:r>
    </w:p>
    <w:p w14:paraId="63E547DF" w14:textId="77777777" w:rsidR="003325E5" w:rsidRDefault="00000000">
      <w:r>
        <w:br w:type="page"/>
      </w:r>
    </w:p>
    <w:p w14:paraId="6E032BA6" w14:textId="77777777" w:rsidR="003325E5" w:rsidRDefault="00000000">
      <w:pPr>
        <w:pStyle w:val="Nadpis1"/>
      </w:pPr>
      <w:r>
        <w:lastRenderedPageBreak/>
        <w:t>Metodológia</w:t>
      </w:r>
    </w:p>
    <w:p w14:paraId="0AAE5FE4" w14:textId="77777777" w:rsidR="003325E5" w:rsidRDefault="00000000">
      <w:r>
        <w:t>Sem opíšte, ako ste postupovali: typ výskumu, výber a počet účastníkov, použité nástroje, zber a vyhodnotenie údajov. Pri prehľadovej štúdii opíšte vyhľadávanie a výber zdrojov.</w:t>
      </w:r>
    </w:p>
    <w:p w14:paraId="5EA1668C" w14:textId="77777777" w:rsidR="003325E5" w:rsidRDefault="00000000">
      <w:r>
        <w:t>Pri výskume s ľuďmi uveďte spôsob získania informovaného súhlasu, ochrany údajov a anonymity. Doplňte skutočné údaje o etickom schválení, ak sa na výskum vzťahuje.</w:t>
      </w:r>
    </w:p>
    <w:p w14:paraId="70E7F5F4" w14:textId="77777777" w:rsidR="003325E5" w:rsidRDefault="00000000">
      <w:pPr>
        <w:pStyle w:val="Nadpis1"/>
      </w:pPr>
      <w:r>
        <w:t>Výsledky</w:t>
      </w:r>
    </w:p>
    <w:p w14:paraId="0DD37D77" w14:textId="77777777" w:rsidR="003325E5" w:rsidRDefault="00000000">
      <w:r>
        <w:t>Sem napíšte hlavné výsledky a odpovede na výskumné otázky. Tabuľky, grafy a obrázky vložte priamo do textu. Každý označte číslom, názvom a zdrojom a odkážte naň v texte.</w:t>
      </w:r>
    </w:p>
    <w:p w14:paraId="05810065" w14:textId="77777777" w:rsidR="003325E5" w:rsidRDefault="00000000">
      <w:pPr>
        <w:pStyle w:val="Popis"/>
      </w:pPr>
      <w:r>
        <w:t>Tabuľka 1</w:t>
      </w:r>
    </w:p>
    <w:p w14:paraId="40F8E514" w14:textId="77777777" w:rsidR="003325E5" w:rsidRDefault="00000000">
      <w:pPr>
        <w:pStyle w:val="Popis"/>
      </w:pPr>
      <w:r>
        <w:rPr>
          <w:b w:val="0"/>
          <w:i/>
        </w:rPr>
        <w:t>Sem napíšte názov tabuľky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2268"/>
        <w:gridCol w:w="2268"/>
      </w:tblGrid>
      <w:tr w:rsidR="003325E5" w14:paraId="538DDF3C" w14:textId="77777777">
        <w:trPr>
          <w:cantSplit/>
          <w:tblHeader/>
          <w:jc w:val="center"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779078F" w14:textId="77777777" w:rsidR="003325E5" w:rsidRDefault="00000000">
            <w:pPr>
              <w:spacing w:before="60" w:after="60"/>
              <w:jc w:val="left"/>
            </w:pPr>
            <w:r>
              <w:rPr>
                <w:b/>
              </w:rPr>
              <w:t>Premenná / kategória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923C3E0" w14:textId="77777777" w:rsidR="003325E5" w:rsidRDefault="00000000">
            <w:pPr>
              <w:spacing w:before="60" w:after="60"/>
              <w:jc w:val="center"/>
            </w:pPr>
            <w:r>
              <w:rPr>
                <w:b/>
              </w:rPr>
              <w:t>Hodnota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C1E5ACB" w14:textId="77777777" w:rsidR="003325E5" w:rsidRDefault="00000000">
            <w:pPr>
              <w:spacing w:before="60" w:after="60"/>
              <w:jc w:val="center"/>
            </w:pPr>
            <w:r>
              <w:rPr>
                <w:b/>
              </w:rPr>
              <w:t>Jednotka</w:t>
            </w:r>
          </w:p>
        </w:tc>
      </w:tr>
      <w:tr w:rsidR="003325E5" w14:paraId="59675F3C" w14:textId="77777777">
        <w:trPr>
          <w:cantSplit/>
          <w:jc w:val="center"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B9D133" w14:textId="77777777" w:rsidR="003325E5" w:rsidRDefault="00000000">
            <w:pPr>
              <w:spacing w:before="60" w:after="60"/>
              <w:jc w:val="left"/>
            </w:pPr>
            <w:r>
              <w:t>Doplňte názov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9B412E" w14:textId="77777777" w:rsidR="003325E5" w:rsidRDefault="00000000">
            <w:pPr>
              <w:spacing w:before="60" w:after="60"/>
              <w:jc w:val="center"/>
            </w:pPr>
            <w:r>
              <w:t>Doplňte údaj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206FA1" w14:textId="77777777" w:rsidR="003325E5" w:rsidRDefault="00000000">
            <w:pPr>
              <w:spacing w:before="60" w:after="60"/>
              <w:jc w:val="center"/>
            </w:pPr>
            <w:r>
              <w:t>Doplňte</w:t>
            </w:r>
          </w:p>
        </w:tc>
      </w:tr>
      <w:tr w:rsidR="003325E5" w14:paraId="12704D78" w14:textId="77777777">
        <w:trPr>
          <w:cantSplit/>
          <w:jc w:val="center"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BD6247" w14:textId="77777777" w:rsidR="003325E5" w:rsidRDefault="00000000">
            <w:pPr>
              <w:spacing w:before="60" w:after="60"/>
              <w:jc w:val="left"/>
            </w:pPr>
            <w:r>
              <w:t>Doplňte názov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7023B3" w14:textId="77777777" w:rsidR="003325E5" w:rsidRDefault="00000000">
            <w:pPr>
              <w:spacing w:before="60" w:after="60"/>
              <w:jc w:val="center"/>
            </w:pPr>
            <w:r>
              <w:t>Doplňte údaj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163EB5" w14:textId="77777777" w:rsidR="003325E5" w:rsidRDefault="00000000">
            <w:pPr>
              <w:spacing w:before="60" w:after="60"/>
              <w:jc w:val="center"/>
            </w:pPr>
            <w:r>
              <w:t>Doplňte</w:t>
            </w:r>
          </w:p>
        </w:tc>
      </w:tr>
    </w:tbl>
    <w:p w14:paraId="7958B268" w14:textId="77777777" w:rsidR="003325E5" w:rsidRDefault="00000000">
      <w:r>
        <w:rPr>
          <w:b/>
        </w:rPr>
        <w:t xml:space="preserve">Zdroj: </w:t>
      </w:r>
      <w:r>
        <w:t>doplňte zdroj tabuľky, napr. vlastný výskum. Ak tabuľku nepotrebujete, odstráňte ju aj s názvom a zdrojom.</w:t>
      </w:r>
    </w:p>
    <w:p w14:paraId="5AC13A5D" w14:textId="77777777" w:rsidR="003325E5" w:rsidRDefault="00000000">
      <w:pPr>
        <w:pStyle w:val="Nadpis1"/>
      </w:pPr>
      <w:r>
        <w:t>Diskusia</w:t>
      </w:r>
    </w:p>
    <w:p w14:paraId="41E8E1EB" w14:textId="77777777" w:rsidR="003325E5" w:rsidRDefault="00000000">
      <w:r>
        <w:t>Sem napíšte, čo výsledky znamenajú. Porovnajte ich s inými štúdiami a uveďte prínos pre prax aj obmedzenia výskumu.</w:t>
      </w:r>
    </w:p>
    <w:p w14:paraId="1E2FCFF0" w14:textId="77777777" w:rsidR="003325E5" w:rsidRDefault="00000000">
      <w:pPr>
        <w:pStyle w:val="Nadpis1"/>
      </w:pPr>
      <w:r>
        <w:t>Záver</w:t>
      </w:r>
    </w:p>
    <w:p w14:paraId="2B48DC51" w14:textId="77777777" w:rsidR="003325E5" w:rsidRDefault="00000000">
      <w:r>
        <w:t>Sem stručne zhrňte odpoveď na cieľ článku, hlavné zistenie a odporúčanie pre prax alebo ďalší výskum.</w:t>
      </w:r>
    </w:p>
    <w:p w14:paraId="2538D6C2" w14:textId="77777777" w:rsidR="003325E5" w:rsidRDefault="00000000">
      <w:r>
        <w:br w:type="page"/>
      </w:r>
    </w:p>
    <w:p w14:paraId="1093A752" w14:textId="77777777" w:rsidR="003325E5" w:rsidRDefault="00000000">
      <w:pPr>
        <w:pStyle w:val="Nadpis1"/>
      </w:pPr>
      <w:r>
        <w:lastRenderedPageBreak/>
        <w:t>Zoznam literatúry</w:t>
      </w:r>
    </w:p>
    <w:p w14:paraId="0B86BC46" w14:textId="77777777" w:rsidR="003325E5" w:rsidRDefault="00000000">
      <w:r>
        <w:t>Sem vložte skutočne použité zdroje v abecednom poradí. Všetky zdroje citované v texte musia byť v zozname a naopak. Táto šablóna používa APA 7; nižšie sú vzory, ktoré nahradíte vlastnými zdrojmi.</w:t>
      </w:r>
    </w:p>
    <w:p w14:paraId="4AF187D8" w14:textId="77777777" w:rsidR="003325E5" w:rsidRDefault="00000000">
      <w:r>
        <w:rPr>
          <w:b/>
        </w:rPr>
        <w:t>Článok v časopise</w:t>
      </w:r>
    </w:p>
    <w:p w14:paraId="2EF54F13" w14:textId="77777777" w:rsidR="003325E5" w:rsidRDefault="00000000">
      <w:pPr>
        <w:pStyle w:val="HHReference"/>
      </w:pPr>
      <w:r>
        <w:t xml:space="preserve">Priezvisko, A. A., &amp; Priezvisko, B. B. (Rok). Názov článku. </w:t>
      </w:r>
      <w:r>
        <w:rPr>
          <w:i/>
        </w:rPr>
        <w:t>Názov časopisu, ročník</w:t>
      </w:r>
      <w:r>
        <w:t>(číslo), strany. https://doi.org/doplňte-skutočný-DOI</w:t>
      </w:r>
    </w:p>
    <w:p w14:paraId="13E74B12" w14:textId="77777777" w:rsidR="003325E5" w:rsidRDefault="00000000">
      <w:r>
        <w:rPr>
          <w:b/>
        </w:rPr>
        <w:t>Kniha</w:t>
      </w:r>
    </w:p>
    <w:p w14:paraId="2B37A9BD" w14:textId="77777777" w:rsidR="003325E5" w:rsidRDefault="00000000">
      <w:pPr>
        <w:pStyle w:val="HHReference"/>
      </w:pPr>
      <w:r>
        <w:t xml:space="preserve">Priezvisko, A. A. (Rok). </w:t>
      </w:r>
      <w:r>
        <w:rPr>
          <w:i/>
        </w:rPr>
        <w:t>Názov knihy</w:t>
      </w:r>
      <w:r>
        <w:t>. Vydavateľ.</w:t>
      </w:r>
    </w:p>
    <w:p w14:paraId="117773FB" w14:textId="77777777" w:rsidR="003325E5" w:rsidRDefault="00000000">
      <w:r>
        <w:rPr>
          <w:b/>
        </w:rPr>
        <w:t>Webová stránka</w:t>
      </w:r>
    </w:p>
    <w:p w14:paraId="2EA92021" w14:textId="77777777" w:rsidR="003325E5" w:rsidRDefault="00000000">
      <w:pPr>
        <w:pStyle w:val="HHReference"/>
      </w:pPr>
      <w:r>
        <w:t xml:space="preserve">Autor alebo organizácia. (Rok, mesiac deň). </w:t>
      </w:r>
      <w:r>
        <w:rPr>
          <w:i/>
        </w:rPr>
        <w:t>Názov stránky</w:t>
      </w:r>
      <w:r>
        <w:t>. Názov webu, ak sa líši od autora. URL</w:t>
      </w:r>
    </w:p>
    <w:p w14:paraId="29425174" w14:textId="77777777" w:rsidR="003325E5" w:rsidRDefault="00000000">
      <w:r>
        <w:t>DOI doplňte vždy, ak ho zdroj má; nevymýšľajte ho. Pri dvoch autoroch citujte (Priezvisko &amp; Priezvisko, rok), pri troch a viacerých (Priezvisko et al., rok). Pri doslovnom citáte doplňte aj stranu. Tieto vysvetlenia a názvy typov zdrojov vymažte.</w:t>
      </w:r>
    </w:p>
    <w:p w14:paraId="703BA335" w14:textId="77777777" w:rsidR="003325E5" w:rsidRDefault="00000000">
      <w:pPr>
        <w:pStyle w:val="Nadpis1"/>
      </w:pPr>
      <w:r>
        <w:t>Krátke pokyny pre autora</w:t>
      </w:r>
    </w:p>
    <w:p w14:paraId="3AF120D0" w14:textId="77777777" w:rsidR="003325E5" w:rsidRDefault="00000000">
      <w:r>
        <w:rPr>
          <w:b/>
        </w:rPr>
        <w:t>Táto časť nepatrí do článku. Po dokončení ju vymažte.</w:t>
      </w:r>
    </w:p>
    <w:p w14:paraId="4F84AF71" w14:textId="77777777" w:rsidR="003325E5" w:rsidRDefault="00000000">
      <w:r>
        <w:t>Nahraďte vzorové texty vlastným obsahom. Formátovanie už je nastavené: Times New Roman 12 bodov, riadkovanie 1,5, okraje 2,5 cm, bežný text do bloku. Rozsah článku je 5 000–10 000 slov, abstrakt 150–300 slov a kľúčové slová 5–7 pojmov. Tri strany šablóny nie sú limitom dĺžky článku.</w:t>
      </w:r>
    </w:p>
    <w:p w14:paraId="304B60C3" w14:textId="77777777" w:rsidR="003325E5" w:rsidRDefault="00000000">
      <w:r>
        <w:t>Pre toto mimoriadne číslo sa článok pripravuje v slovenčine. Každý autor musí uviesť vlastný platný ORCID; bezplatná registrácia je na orcid.org/register. Nadpisy pri neempirickej práci primerane prispôsobte. Podporu projektu doplňte, ak sa na článok vzťahuje.</w:t>
      </w:r>
    </w:p>
    <w:p w14:paraId="56CBE318" w14:textId="4334B5CA" w:rsidR="003325E5" w:rsidRDefault="00000000">
      <w:r>
        <w:t>Odovzdajte pôvodný, nepublikovaný text, ktorý neposudzuje iný časopis. Príspevok podlieha recenznému konaniu; jeho prijatie nie je automatické.</w:t>
      </w:r>
    </w:p>
    <w:p w14:paraId="66D3E9C8" w14:textId="582EEEC2" w:rsidR="003325E5" w:rsidRDefault="00000000">
      <w:pPr>
        <w:jc w:val="left"/>
      </w:pPr>
      <w:r>
        <w:t xml:space="preserve">Pravidlá časopisu: </w:t>
      </w:r>
      <w:hyperlink r:id="rId6">
        <w:r w:rsidR="003325E5" w:rsidRPr="00352F68">
          <w:rPr>
            <w:color w:val="17365D" w:themeColor="text2" w:themeShade="BF"/>
          </w:rPr>
          <w:t>Health &amp; Humanity – informácie pre autorov</w:t>
        </w:r>
      </w:hyperlink>
      <w:r w:rsidR="00352F68" w:rsidRPr="00352F68">
        <w:rPr>
          <w:color w:val="17365D" w:themeColor="text2" w:themeShade="BF"/>
        </w:rPr>
        <w:t>.</w:t>
      </w:r>
    </w:p>
    <w:sectPr w:rsidR="003325E5" w:rsidSect="00034616"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7231849">
    <w:abstractNumId w:val="8"/>
  </w:num>
  <w:num w:numId="2" w16cid:durableId="1413742625">
    <w:abstractNumId w:val="6"/>
  </w:num>
  <w:num w:numId="3" w16cid:durableId="211189748">
    <w:abstractNumId w:val="5"/>
  </w:num>
  <w:num w:numId="4" w16cid:durableId="32928049">
    <w:abstractNumId w:val="4"/>
  </w:num>
  <w:num w:numId="5" w16cid:durableId="1379235407">
    <w:abstractNumId w:val="7"/>
  </w:num>
  <w:num w:numId="6" w16cid:durableId="912159818">
    <w:abstractNumId w:val="3"/>
  </w:num>
  <w:num w:numId="7" w16cid:durableId="2096248421">
    <w:abstractNumId w:val="2"/>
  </w:num>
  <w:num w:numId="8" w16cid:durableId="1224608960">
    <w:abstractNumId w:val="1"/>
  </w:num>
  <w:num w:numId="9" w16cid:durableId="9123526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86B"/>
    <w:rsid w:val="0029639D"/>
    <w:rsid w:val="00326F90"/>
    <w:rsid w:val="003325E5"/>
    <w:rsid w:val="00352F68"/>
    <w:rsid w:val="00677B7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247AD"/>
  <w14:defaultImageDpi w14:val="300"/>
  <w15:docId w15:val="{C3B4CD7C-8ADA-2D46-88D0-3ED6564F2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20" w:line="360" w:lineRule="auto"/>
      <w:jc w:val="both"/>
    </w:pPr>
    <w:rPr>
      <w:rFonts w:ascii="Times New Roman" w:eastAsia="Times New Roman" w:hAnsi="Times New Roman" w:cs="Times New Roman"/>
      <w:color w:val="000000"/>
      <w:sz w:val="24"/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180"/>
      <w:jc w:val="left"/>
      <w:outlineLvl w:val="0"/>
    </w:pPr>
    <w:rPr>
      <w:b/>
      <w:bCs/>
      <w:szCs w:val="24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180"/>
      <w:jc w:val="left"/>
      <w:outlineLvl w:val="1"/>
    </w:pPr>
    <w:rPr>
      <w:b/>
      <w:bCs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="Times New Roman" w:eastAsia="Times New Roman" w:hAnsi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="Times New Roman" w:eastAsia="Times New Roman" w:hAnsi="Times New Roman" w:cs="Times New Roman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="Times New Roman" w:eastAsia="Times New Roman" w:hAnsi="Times New Roman" w:cs="Times New Roman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contextualSpacing/>
      <w:jc w:val="left"/>
    </w:pPr>
    <w:rPr>
      <w:b/>
      <w:i/>
      <w:kern w:val="28"/>
      <w:szCs w:val="24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="Times New Roman" w:eastAsia="Times New Roman" w:hAnsi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i/>
      <w:iCs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="Times New Roman" w:eastAsia="Times New Roman" w:hAnsi="Times New Roman" w:cs="Times New Roman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Times New Roman" w:eastAsia="Times New Roman" w:hAnsi="Times New Roman" w:cs="Times New Roman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="Times New Roman" w:eastAsia="Times New Roman" w:hAnsi="Times New Roman" w:cs="Times New Roman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="Times New Roman" w:eastAsia="Times New Roman" w:hAnsi="Times New Roman" w:cs="Times New Roman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="Times New Roman" w:eastAsia="Times New Roman" w:hAnsi="Times New Roman" w:cs="Times New Roman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rPr>
      <w:b/>
      <w:bCs/>
      <w:szCs w:val="24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HPlaceholder">
    <w:name w:val="HH Placeholder"/>
    <w:basedOn w:val="Normlny"/>
  </w:style>
  <w:style w:type="paragraph" w:customStyle="1" w:styleId="HHReference">
    <w:name w:val="HH Reference"/>
    <w:basedOn w:val="Normlny"/>
    <w:pPr>
      <w:ind w:left="720" w:hanging="720"/>
    </w:pPr>
  </w:style>
  <w:style w:type="paragraph" w:customStyle="1" w:styleId="HHGuide">
    <w:name w:val="HH Guide"/>
    <w:basedOn w:val="Normlny"/>
  </w:style>
  <w:style w:type="paragraph" w:customStyle="1" w:styleId="HHMetadata">
    <w:name w:val="HH Metadata"/>
    <w:basedOn w:val="Normlny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eacademy.eu/health-humanity/informacie-pre-autorov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567</Words>
  <Characters>3406</Characters>
  <Application>Microsoft Office Word</Application>
  <DocSecurity>0</DocSecurity>
  <Lines>85</Lines>
  <Paragraphs>57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GEREC Filip</cp:lastModifiedBy>
  <cp:revision>3</cp:revision>
  <dcterms:created xsi:type="dcterms:W3CDTF">2013-12-23T23:15:00Z</dcterms:created>
  <dcterms:modified xsi:type="dcterms:W3CDTF">2026-10-14T08:25:00Z</dcterms:modified>
  <cp:category/>
</cp:coreProperties>
</file>